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82C28" w14:textId="77777777" w:rsidR="00C50E9C" w:rsidRPr="00B804DB" w:rsidRDefault="00387B22">
      <w:pPr>
        <w:pStyle w:val="Title"/>
        <w:rPr>
          <w:sz w:val="48"/>
          <w:szCs w:val="48"/>
        </w:rPr>
      </w:pPr>
      <w:r w:rsidRPr="00B804DB">
        <w:rPr>
          <w:rFonts w:ascii="Arial" w:hAnsi="Arial"/>
          <w:sz w:val="22"/>
          <w:szCs w:val="48"/>
        </w:rPr>
        <w:t>FORM A – APPLICATION FOR MOVEMENT WITHIN A PAY BAND</w:t>
      </w:r>
    </w:p>
    <w:p w14:paraId="2E02D678" w14:textId="77777777" w:rsidR="00C50E9C" w:rsidRDefault="00387B22">
      <w:pPr>
        <w:pStyle w:val="Heading1"/>
      </w:pPr>
      <w:r>
        <w:rPr>
          <w:rFonts w:ascii="Arial" w:hAnsi="Arial"/>
        </w:rPr>
        <w:t>Applicant Details</w:t>
      </w:r>
    </w:p>
    <w:tbl>
      <w:tblPr>
        <w:tblStyle w:val="TableGrid"/>
        <w:tblW w:w="0" w:type="auto"/>
        <w:tblLook w:val="04A0" w:firstRow="1" w:lastRow="0" w:firstColumn="1" w:lastColumn="0" w:noHBand="0" w:noVBand="1"/>
      </w:tblPr>
      <w:tblGrid>
        <w:gridCol w:w="4320"/>
        <w:gridCol w:w="4320"/>
      </w:tblGrid>
      <w:tr w:rsidR="00C50E9C" w14:paraId="4CCB5F22" w14:textId="77777777">
        <w:tc>
          <w:tcPr>
            <w:tcW w:w="4320" w:type="dxa"/>
          </w:tcPr>
          <w:p w14:paraId="3DEA8E90" w14:textId="77777777" w:rsidR="00C50E9C" w:rsidRDefault="00387B22">
            <w:r>
              <w:t>Name</w:t>
            </w:r>
          </w:p>
        </w:tc>
        <w:tc>
          <w:tcPr>
            <w:tcW w:w="4320" w:type="dxa"/>
          </w:tcPr>
          <w:p w14:paraId="6A6C0366" w14:textId="77777777" w:rsidR="00C50E9C" w:rsidRDefault="00387B22">
            <w:r>
              <w:t>Department</w:t>
            </w:r>
          </w:p>
        </w:tc>
      </w:tr>
      <w:tr w:rsidR="00C50E9C" w14:paraId="7646F9D8" w14:textId="77777777">
        <w:tc>
          <w:tcPr>
            <w:tcW w:w="4320" w:type="dxa"/>
          </w:tcPr>
          <w:p w14:paraId="63A326E9" w14:textId="77777777" w:rsidR="00C50E9C" w:rsidRDefault="00C50E9C"/>
          <w:p w14:paraId="310D7797" w14:textId="77777777" w:rsidR="00740E42" w:rsidRDefault="00740E42"/>
        </w:tc>
        <w:tc>
          <w:tcPr>
            <w:tcW w:w="4320" w:type="dxa"/>
          </w:tcPr>
          <w:p w14:paraId="6CB1A655" w14:textId="77777777" w:rsidR="00C50E9C" w:rsidRDefault="00C50E9C"/>
        </w:tc>
      </w:tr>
    </w:tbl>
    <w:p w14:paraId="1BEBD420" w14:textId="77777777" w:rsidR="00C50E9C" w:rsidRDefault="00387B22">
      <w:pPr>
        <w:pStyle w:val="Heading1"/>
      </w:pPr>
      <w:r>
        <w:rPr>
          <w:rFonts w:ascii="Arial" w:hAnsi="Arial"/>
        </w:rPr>
        <w:t>How to use this form</w:t>
      </w:r>
    </w:p>
    <w:tbl>
      <w:tblPr>
        <w:tblW w:w="9565" w:type="dxa"/>
        <w:tblLook w:val="04A0" w:firstRow="1" w:lastRow="0" w:firstColumn="1" w:lastColumn="0" w:noHBand="0" w:noVBand="1"/>
      </w:tblPr>
      <w:tblGrid>
        <w:gridCol w:w="9565"/>
      </w:tblGrid>
      <w:tr w:rsidR="00C50E9C" w14:paraId="3C411623" w14:textId="77777777" w:rsidTr="4906213D">
        <w:trPr>
          <w:trHeight w:val="3482"/>
        </w:trPr>
        <w:tc>
          <w:tcPr>
            <w:tcW w:w="9565" w:type="dxa"/>
            <w:shd w:val="clear" w:color="auto" w:fill="EEEEEE"/>
          </w:tcPr>
          <w:p w14:paraId="09E497FC" w14:textId="59EB80E2" w:rsidR="000C4E99" w:rsidRPr="005F123F" w:rsidRDefault="000C4E99" w:rsidP="000C4E99">
            <w:pPr>
              <w:pStyle w:val="ListParagraph"/>
              <w:numPr>
                <w:ilvl w:val="0"/>
                <w:numId w:val="16"/>
              </w:numPr>
              <w:spacing w:line="300" w:lineRule="atLeast"/>
              <w:rPr>
                <w:rFonts w:eastAsia="Times New Roman" w:cs="Arial"/>
                <w:lang w:val="en-GB" w:eastAsia="en-GB"/>
              </w:rPr>
            </w:pPr>
            <w:r w:rsidRPr="4906213D">
              <w:rPr>
                <w:rFonts w:cs="Arial"/>
              </w:rPr>
              <w:t xml:space="preserve">Maximum length: </w:t>
            </w:r>
            <w:r w:rsidRPr="4906213D">
              <w:rPr>
                <w:rFonts w:cs="Arial"/>
                <w:b/>
                <w:bCs/>
              </w:rPr>
              <w:t>TWO sides of A4 in total</w:t>
            </w:r>
            <w:r w:rsidRPr="4906213D">
              <w:rPr>
                <w:rFonts w:cs="Arial"/>
              </w:rPr>
              <w:t xml:space="preserve"> (11pt Arial, </w:t>
            </w:r>
            <w:r w:rsidR="3CC6A4EA" w:rsidRPr="4906213D">
              <w:rPr>
                <w:rFonts w:cs="Arial"/>
              </w:rPr>
              <w:t>single-spaced</w:t>
            </w:r>
            <w:r w:rsidRPr="4906213D">
              <w:rPr>
                <w:rFonts w:cs="Arial"/>
              </w:rPr>
              <w:t>).</w:t>
            </w:r>
          </w:p>
          <w:p w14:paraId="513D47BE" w14:textId="4C331FEC" w:rsidR="558A55EA" w:rsidRDefault="558A55EA" w:rsidP="021D453A">
            <w:pPr>
              <w:pStyle w:val="ListParagraph"/>
              <w:numPr>
                <w:ilvl w:val="0"/>
                <w:numId w:val="16"/>
              </w:numPr>
              <w:spacing w:line="300" w:lineRule="atLeast"/>
              <w:rPr>
                <w:rFonts w:eastAsia="Times New Roman" w:cs="Arial"/>
                <w:lang w:val="en-GB" w:eastAsia="en-GB"/>
              </w:rPr>
            </w:pPr>
            <w:r w:rsidRPr="021D453A">
              <w:rPr>
                <w:rFonts w:eastAsia="Times New Roman" w:cs="Arial"/>
                <w:lang w:val="en-GB" w:eastAsia="en-GB"/>
              </w:rPr>
              <w:t>No appendices or supporting documents to be included within this application form.</w:t>
            </w:r>
          </w:p>
          <w:p w14:paraId="5FE9DC4B" w14:textId="42941D86" w:rsidR="00B537C0" w:rsidRDefault="00B537C0" w:rsidP="00B537C0">
            <w:pPr>
              <w:pStyle w:val="ListParagraph"/>
              <w:numPr>
                <w:ilvl w:val="1"/>
                <w:numId w:val="16"/>
              </w:numPr>
              <w:spacing w:line="300" w:lineRule="atLeast"/>
              <w:rPr>
                <w:rFonts w:eastAsia="Times New Roman" w:cs="Arial"/>
                <w:lang w:val="en-GB" w:eastAsia="en-GB"/>
              </w:rPr>
            </w:pPr>
            <w:r w:rsidRPr="00B537C0">
              <w:rPr>
                <w:rFonts w:eastAsia="Times New Roman" w:cs="Arial"/>
                <w:lang w:val="en-GB" w:eastAsia="en-GB"/>
              </w:rPr>
              <w:t xml:space="preserve">Any supporting documents required, e.g. CV or PURE report, should be uploaded </w:t>
            </w:r>
            <w:r>
              <w:rPr>
                <w:rFonts w:eastAsia="Times New Roman" w:cs="Arial"/>
                <w:lang w:val="en-GB" w:eastAsia="en-GB"/>
              </w:rPr>
              <w:t xml:space="preserve">as their own document, </w:t>
            </w:r>
            <w:r w:rsidRPr="00B537C0">
              <w:rPr>
                <w:rFonts w:eastAsia="Times New Roman" w:cs="Arial"/>
                <w:lang w:val="en-GB" w:eastAsia="en-GB"/>
              </w:rPr>
              <w:t>on to the Microsoft Form</w:t>
            </w:r>
            <w:r>
              <w:rPr>
                <w:rFonts w:eastAsia="Times New Roman" w:cs="Arial"/>
                <w:lang w:val="en-GB" w:eastAsia="en-GB"/>
              </w:rPr>
              <w:t>,</w:t>
            </w:r>
            <w:r w:rsidRPr="00B537C0">
              <w:rPr>
                <w:rFonts w:eastAsia="Times New Roman" w:cs="Arial"/>
                <w:lang w:val="en-GB" w:eastAsia="en-GB"/>
              </w:rPr>
              <w:t xml:space="preserve"> at the same time as uploading this application form.</w:t>
            </w:r>
          </w:p>
          <w:p w14:paraId="184C874F" w14:textId="47FF78C4" w:rsidR="005F123F" w:rsidRPr="005F123F" w:rsidRDefault="005F123F" w:rsidP="005F123F">
            <w:pPr>
              <w:pStyle w:val="ListParagraph"/>
              <w:numPr>
                <w:ilvl w:val="0"/>
                <w:numId w:val="16"/>
              </w:numPr>
              <w:spacing w:line="300" w:lineRule="atLeast"/>
              <w:rPr>
                <w:rFonts w:eastAsia="Times New Roman" w:cs="Arial"/>
                <w:lang w:val="en-GB" w:eastAsia="en-GB"/>
              </w:rPr>
            </w:pPr>
            <w:r w:rsidRPr="005F123F">
              <w:rPr>
                <w:rFonts w:eastAsia="Times New Roman" w:cs="Arial"/>
                <w:lang w:val="en-GB" w:eastAsia="en-GB"/>
              </w:rPr>
              <w:t xml:space="preserve">This submission is your opportunity to explain your achievements and </w:t>
            </w:r>
            <w:r w:rsidR="000C4E99">
              <w:rPr>
                <w:rFonts w:eastAsia="Times New Roman" w:cs="Arial"/>
                <w:lang w:val="en-GB" w:eastAsia="en-GB"/>
              </w:rPr>
              <w:t xml:space="preserve">your </w:t>
            </w:r>
            <w:proofErr w:type="gramStart"/>
            <w:r w:rsidR="000C4E99">
              <w:rPr>
                <w:rFonts w:eastAsia="Times New Roman" w:cs="Arial"/>
                <w:lang w:val="en-GB" w:eastAsia="en-GB"/>
              </w:rPr>
              <w:t>plans for the future</w:t>
            </w:r>
            <w:proofErr w:type="gramEnd"/>
            <w:r w:rsidRPr="005F123F">
              <w:rPr>
                <w:rFonts w:eastAsia="Times New Roman" w:cs="Arial"/>
                <w:lang w:val="en-GB" w:eastAsia="en-GB"/>
              </w:rPr>
              <w:t xml:space="preserve">. </w:t>
            </w:r>
          </w:p>
          <w:p w14:paraId="0622DA90" w14:textId="60009BFE" w:rsidR="005F123F" w:rsidRPr="005F123F" w:rsidRDefault="005F123F" w:rsidP="005F123F">
            <w:pPr>
              <w:pStyle w:val="ListParagraph"/>
              <w:numPr>
                <w:ilvl w:val="0"/>
                <w:numId w:val="16"/>
              </w:numPr>
              <w:spacing w:line="300" w:lineRule="atLeast"/>
              <w:rPr>
                <w:rFonts w:eastAsia="Times New Roman" w:cs="Arial"/>
                <w:lang w:val="en-GB" w:eastAsia="en-GB"/>
              </w:rPr>
            </w:pPr>
            <w:r w:rsidRPr="005F123F">
              <w:rPr>
                <w:rFonts w:cs="Arial"/>
              </w:rPr>
              <w:t xml:space="preserve">Demonstrate enhanced performance in at least </w:t>
            </w:r>
            <w:r w:rsidRPr="00387B22">
              <w:rPr>
                <w:rFonts w:cs="Arial"/>
                <w:b/>
                <w:bCs/>
              </w:rPr>
              <w:t>TWO domains</w:t>
            </w:r>
            <w:r w:rsidR="00B31AEE">
              <w:rPr>
                <w:rFonts w:cs="Arial"/>
              </w:rPr>
              <w:t xml:space="preserve"> and include detail on your </w:t>
            </w:r>
            <w:proofErr w:type="gramStart"/>
            <w:r w:rsidR="00B31AEE">
              <w:rPr>
                <w:rFonts w:cs="Arial"/>
              </w:rPr>
              <w:t>future plan</w:t>
            </w:r>
            <w:proofErr w:type="gramEnd"/>
            <w:r w:rsidRPr="005F123F">
              <w:rPr>
                <w:rFonts w:cs="Arial"/>
              </w:rPr>
              <w:t xml:space="preserve">. </w:t>
            </w:r>
            <w:r w:rsidR="00387B22">
              <w:rPr>
                <w:rFonts w:cs="Arial"/>
              </w:rPr>
              <w:t>P</w:t>
            </w:r>
            <w:r w:rsidRPr="005F123F">
              <w:rPr>
                <w:rFonts w:cs="Arial"/>
              </w:rPr>
              <w:t>lease include evidence on as many of the domains as you can</w:t>
            </w:r>
            <w:r w:rsidR="00387B22">
              <w:rPr>
                <w:rFonts w:cs="Arial"/>
              </w:rPr>
              <w:t xml:space="preserve"> -</w:t>
            </w:r>
            <w:r w:rsidRPr="005F123F">
              <w:rPr>
                <w:rFonts w:cs="Arial"/>
              </w:rPr>
              <w:t xml:space="preserve"> remaining within the </w:t>
            </w:r>
            <w:proofErr w:type="gramStart"/>
            <w:r w:rsidRPr="005F123F">
              <w:rPr>
                <w:rFonts w:cs="Arial"/>
              </w:rPr>
              <w:t>2 page</w:t>
            </w:r>
            <w:proofErr w:type="gramEnd"/>
            <w:r w:rsidRPr="005F123F">
              <w:rPr>
                <w:rFonts w:cs="Arial"/>
              </w:rPr>
              <w:t xml:space="preserve"> word limit.</w:t>
            </w:r>
          </w:p>
          <w:p w14:paraId="016EF045" w14:textId="05D165FF" w:rsidR="00E40E78" w:rsidRPr="005F123F" w:rsidRDefault="00B31AEE" w:rsidP="005F123F">
            <w:pPr>
              <w:pStyle w:val="ListParagraph"/>
              <w:numPr>
                <w:ilvl w:val="1"/>
                <w:numId w:val="16"/>
              </w:numPr>
              <w:spacing w:after="0" w:line="300" w:lineRule="atLeast"/>
              <w:rPr>
                <w:rFonts w:eastAsia="Times New Roman" w:cs="Arial"/>
                <w:lang w:val="en-GB" w:eastAsia="en-GB"/>
              </w:rPr>
            </w:pPr>
            <w:r>
              <w:rPr>
                <w:rFonts w:eastAsia="Times New Roman" w:cs="Arial"/>
                <w:lang w:val="en-GB" w:eastAsia="en-GB"/>
              </w:rPr>
              <w:t>Please note, t</w:t>
            </w:r>
            <w:r w:rsidR="00E40E78" w:rsidRPr="005F123F">
              <w:rPr>
                <w:rFonts w:eastAsia="Times New Roman" w:cs="Arial"/>
                <w:lang w:val="en-GB" w:eastAsia="en-GB"/>
              </w:rPr>
              <w:t xml:space="preserve">here is no fixed word count per section. </w:t>
            </w:r>
          </w:p>
          <w:p w14:paraId="7224BC40" w14:textId="77777777" w:rsidR="00E40E78" w:rsidRPr="00E40E78" w:rsidRDefault="00E40E78" w:rsidP="005F123F">
            <w:pPr>
              <w:numPr>
                <w:ilvl w:val="0"/>
                <w:numId w:val="16"/>
              </w:numPr>
              <w:spacing w:before="100" w:beforeAutospacing="1" w:after="100" w:afterAutospacing="1" w:line="300" w:lineRule="atLeast"/>
              <w:rPr>
                <w:rFonts w:eastAsia="Times New Roman" w:cs="Arial"/>
                <w:lang w:val="en-GB" w:eastAsia="en-GB"/>
              </w:rPr>
            </w:pPr>
            <w:r w:rsidRPr="00E40E78">
              <w:rPr>
                <w:rFonts w:eastAsia="Times New Roman" w:cs="Arial"/>
                <w:lang w:val="en-GB" w:eastAsia="en-GB"/>
              </w:rPr>
              <w:t>The submission should be narrative, not a list.</w:t>
            </w:r>
          </w:p>
          <w:p w14:paraId="0656C705" w14:textId="77777777" w:rsidR="00E40E78" w:rsidRPr="00E40E78" w:rsidRDefault="00E40E78" w:rsidP="005F123F">
            <w:pPr>
              <w:numPr>
                <w:ilvl w:val="0"/>
                <w:numId w:val="16"/>
              </w:numPr>
              <w:spacing w:before="100" w:beforeAutospacing="1" w:after="100" w:afterAutospacing="1" w:line="300" w:lineRule="atLeast"/>
              <w:rPr>
                <w:rFonts w:eastAsia="Times New Roman" w:cs="Arial"/>
                <w:lang w:val="en-GB" w:eastAsia="en-GB"/>
              </w:rPr>
            </w:pPr>
            <w:r w:rsidRPr="00E40E78">
              <w:rPr>
                <w:rFonts w:eastAsia="Times New Roman" w:cs="Arial"/>
                <w:lang w:val="en-GB" w:eastAsia="en-GB"/>
              </w:rPr>
              <w:t>It should clearly explain the impact and difference your work has made.</w:t>
            </w:r>
          </w:p>
          <w:p w14:paraId="74253D61" w14:textId="22C15251" w:rsidR="00E40E78" w:rsidRPr="005F123F" w:rsidRDefault="00E40E78" w:rsidP="005F123F">
            <w:pPr>
              <w:pStyle w:val="ListParagraph"/>
              <w:numPr>
                <w:ilvl w:val="0"/>
                <w:numId w:val="16"/>
              </w:numPr>
              <w:spacing w:after="0" w:line="300" w:lineRule="atLeast"/>
              <w:rPr>
                <w:rFonts w:eastAsia="Times New Roman" w:cs="Arial"/>
                <w:lang w:val="en-GB" w:eastAsia="en-GB"/>
              </w:rPr>
            </w:pPr>
            <w:r w:rsidRPr="005F123F">
              <w:rPr>
                <w:rFonts w:eastAsia="Times New Roman" w:cs="Arial"/>
                <w:lang w:val="en-GB" w:eastAsia="en-GB"/>
              </w:rPr>
              <w:t>Your submission must</w:t>
            </w:r>
            <w:r w:rsidR="005F123F">
              <w:rPr>
                <w:rFonts w:eastAsia="Times New Roman" w:cs="Arial"/>
                <w:lang w:val="en-GB" w:eastAsia="en-GB"/>
              </w:rPr>
              <w:t xml:space="preserve"> e</w:t>
            </w:r>
            <w:r w:rsidRPr="005F123F">
              <w:rPr>
                <w:rFonts w:eastAsia="Times New Roman" w:cs="Arial"/>
                <w:lang w:val="en-GB" w:eastAsia="en-GB"/>
              </w:rPr>
              <w:t>xplicitly reference the relevant band descriptors</w:t>
            </w:r>
            <w:r w:rsidR="00B31AEE" w:rsidRPr="00740E42">
              <w:rPr>
                <w:rFonts w:eastAsia="Times New Roman" w:cs="Arial"/>
                <w:lang w:val="en-GB" w:eastAsia="en-GB"/>
              </w:rPr>
              <w:t>,</w:t>
            </w:r>
            <w:r w:rsidR="00B31AEE" w:rsidRPr="00740E42">
              <w:rPr>
                <w:rFonts w:eastAsia="Calibri" w:cs="Arial"/>
                <w:color w:val="242424"/>
              </w:rPr>
              <w:t xml:space="preserve"> aligning clearly to the criteria</w:t>
            </w:r>
            <w:r w:rsidR="00B31AEE" w:rsidRPr="00740E42">
              <w:rPr>
                <w:rFonts w:eastAsia="Times New Roman" w:cs="Arial"/>
                <w:lang w:val="en-GB" w:eastAsia="en-GB"/>
              </w:rPr>
              <w:t xml:space="preserve"> </w:t>
            </w:r>
            <w:r w:rsidR="00B31AEE" w:rsidRPr="00740E42">
              <w:rPr>
                <w:rFonts w:eastAsia="Calibri" w:cs="Arial"/>
                <w:color w:val="242424"/>
              </w:rPr>
              <w:t xml:space="preserve">[See: </w:t>
            </w:r>
            <w:hyperlink r:id="rId6">
              <w:r w:rsidR="00B31AEE" w:rsidRPr="00740E42">
                <w:rPr>
                  <w:rStyle w:val="Hyperlink"/>
                  <w:rFonts w:eastAsia="Calibri" w:cs="Arial"/>
                </w:rPr>
                <w:t xml:space="preserve">professorial </w:t>
              </w:r>
              <w:r w:rsidR="00740E42" w:rsidRPr="00740E42">
                <w:rPr>
                  <w:rStyle w:val="Hyperlink"/>
                  <w:rFonts w:eastAsia="Calibri" w:cs="Arial"/>
                </w:rPr>
                <w:t xml:space="preserve">remuneration </w:t>
              </w:r>
              <w:r w:rsidR="00B31AEE" w:rsidRPr="00740E42">
                <w:rPr>
                  <w:rStyle w:val="Hyperlink"/>
                  <w:rFonts w:eastAsia="Calibri" w:cs="Arial"/>
                </w:rPr>
                <w:t>pay band</w:t>
              </w:r>
              <w:r w:rsidR="00740E42" w:rsidRPr="00740E42">
                <w:rPr>
                  <w:rStyle w:val="Hyperlink"/>
                  <w:rFonts w:eastAsia="Calibri" w:cs="Arial"/>
                </w:rPr>
                <w:t xml:space="preserve"> desc</w:t>
              </w:r>
              <w:r w:rsidR="00740E42">
                <w:rPr>
                  <w:rStyle w:val="Hyperlink"/>
                  <w:rFonts w:eastAsia="Calibri" w:cs="Arial"/>
                </w:rPr>
                <w:t>r</w:t>
              </w:r>
              <w:r w:rsidR="00740E42" w:rsidRPr="00740E42">
                <w:rPr>
                  <w:rStyle w:val="Hyperlink"/>
                  <w:rFonts w:eastAsia="Calibri" w:cs="Arial"/>
                </w:rPr>
                <w:t>iptor</w:t>
              </w:r>
              <w:r w:rsidR="00B31AEE" w:rsidRPr="00740E42">
                <w:rPr>
                  <w:rStyle w:val="Hyperlink"/>
                  <w:rFonts w:eastAsia="Calibri" w:cs="Arial"/>
                </w:rPr>
                <w:t>s</w:t>
              </w:r>
            </w:hyperlink>
            <w:r w:rsidR="00B31AEE" w:rsidRPr="00740E42">
              <w:rPr>
                <w:rFonts w:eastAsia="Calibri" w:cs="Arial"/>
                <w:color w:val="242424"/>
              </w:rPr>
              <w:t>]</w:t>
            </w:r>
            <w:r w:rsidR="00740E42" w:rsidRPr="00740E42">
              <w:rPr>
                <w:rFonts w:eastAsia="Calibri" w:cs="Arial"/>
                <w:color w:val="242424"/>
              </w:rPr>
              <w:t>.</w:t>
            </w:r>
          </w:p>
          <w:p w14:paraId="4B2EAD35" w14:textId="596476E5" w:rsidR="00C50E9C" w:rsidRPr="005F123F" w:rsidRDefault="00E40E78" w:rsidP="005F123F">
            <w:pPr>
              <w:pStyle w:val="ListParagraph"/>
              <w:numPr>
                <w:ilvl w:val="0"/>
                <w:numId w:val="16"/>
              </w:numPr>
              <w:spacing w:after="0" w:line="300" w:lineRule="atLeast"/>
              <w:rPr>
                <w:rFonts w:eastAsia="Times New Roman" w:cs="Arial"/>
                <w:lang w:val="en-GB" w:eastAsia="en-GB"/>
              </w:rPr>
            </w:pPr>
            <w:r w:rsidRPr="4906213D">
              <w:rPr>
                <w:rFonts w:eastAsia="Times New Roman" w:cs="Arial"/>
                <w:lang w:val="en-GB" w:eastAsia="en-GB"/>
              </w:rPr>
              <w:t>Place particular emphasis on performance since your last pay increment.</w:t>
            </w:r>
          </w:p>
          <w:p w14:paraId="2C949959" w14:textId="39625F0C" w:rsidR="00C50E9C" w:rsidRPr="005F123F" w:rsidRDefault="00C50E9C" w:rsidP="4906213D">
            <w:pPr>
              <w:spacing w:after="0" w:line="300" w:lineRule="atLeast"/>
              <w:jc w:val="center"/>
              <w:rPr>
                <w:rFonts w:eastAsia="Times New Roman" w:cs="Arial"/>
                <w:lang w:val="en-GB" w:eastAsia="en-GB"/>
              </w:rPr>
            </w:pPr>
          </w:p>
          <w:p w14:paraId="0FA9103A" w14:textId="73BE4F2F" w:rsidR="00C50E9C" w:rsidRDefault="3D9DE3D2" w:rsidP="4906213D">
            <w:pPr>
              <w:spacing w:after="0" w:line="240" w:lineRule="auto"/>
              <w:jc w:val="center"/>
              <w:rPr>
                <w:rFonts w:eastAsia="Times New Roman" w:cs="Arial"/>
                <w:lang w:val="en-GB" w:eastAsia="en-GB"/>
              </w:rPr>
            </w:pPr>
            <w:r w:rsidRPr="4906213D">
              <w:rPr>
                <w:rFonts w:eastAsia="Times New Roman" w:cs="Arial"/>
                <w:lang w:val="en-GB" w:eastAsia="en-GB"/>
              </w:rPr>
              <w:t>To submit your application, please use the new MS Form</w:t>
            </w:r>
            <w:r w:rsidR="50962879" w:rsidRPr="4906213D">
              <w:rPr>
                <w:rFonts w:eastAsia="Times New Roman" w:cs="Arial"/>
                <w:lang w:val="en-GB" w:eastAsia="en-GB"/>
              </w:rPr>
              <w:t xml:space="preserve"> and upload this application form alongside any other required documents. </w:t>
            </w:r>
          </w:p>
          <w:p w14:paraId="37580D10" w14:textId="77777777" w:rsidR="00B537C0" w:rsidRPr="005F123F" w:rsidRDefault="00B537C0" w:rsidP="4906213D">
            <w:pPr>
              <w:spacing w:after="0" w:line="240" w:lineRule="auto"/>
              <w:jc w:val="center"/>
              <w:rPr>
                <w:rFonts w:ascii="Aptos" w:eastAsia="Aptos" w:hAnsi="Aptos" w:cs="Aptos"/>
                <w:color w:val="0000FF"/>
                <w:lang w:val="en-GB"/>
              </w:rPr>
            </w:pPr>
          </w:p>
          <w:p w14:paraId="5E79EAC9" w14:textId="4735BFB0" w:rsidR="00C50E9C" w:rsidRPr="005F123F" w:rsidRDefault="3D9DE3D2" w:rsidP="4906213D">
            <w:pPr>
              <w:spacing w:after="0" w:line="240" w:lineRule="auto"/>
              <w:jc w:val="center"/>
              <w:rPr>
                <w:rFonts w:ascii="Aptos" w:eastAsia="Aptos" w:hAnsi="Aptos" w:cs="Aptos"/>
                <w:color w:val="0000FF"/>
                <w:lang w:val="en-GB"/>
              </w:rPr>
            </w:pPr>
            <w:r w:rsidRPr="4906213D">
              <w:rPr>
                <w:rFonts w:eastAsia="Times New Roman" w:cs="Arial"/>
                <w:lang w:val="en-GB" w:eastAsia="en-GB"/>
              </w:rPr>
              <w:t xml:space="preserve"> </w:t>
            </w:r>
            <w:hyperlink r:id="rId7">
              <w:r w:rsidRPr="4906213D">
                <w:rPr>
                  <w:rStyle w:val="Hyperlink"/>
                  <w:lang w:val="en-GB"/>
                </w:rPr>
                <w:t>Professorial Pay Application submission – Fill in form</w:t>
              </w:r>
            </w:hyperlink>
          </w:p>
          <w:p w14:paraId="4799E63B" w14:textId="758BE8D8" w:rsidR="00C50E9C" w:rsidRPr="00B537C0" w:rsidRDefault="3D9DE3D2" w:rsidP="4906213D">
            <w:pPr>
              <w:spacing w:after="0" w:line="300" w:lineRule="atLeast"/>
              <w:jc w:val="center"/>
              <w:rPr>
                <w:rStyle w:val="IntenseEmphasis"/>
                <w:lang w:val="en-GB" w:eastAsia="en-GB"/>
              </w:rPr>
            </w:pPr>
            <w:r w:rsidRPr="00B537C0">
              <w:rPr>
                <w:rStyle w:val="IntenseEmphasis"/>
                <w:lang w:val="en-GB"/>
              </w:rPr>
              <w:t>Once you press ‘submit’ on th</w:t>
            </w:r>
            <w:r w:rsidR="29094680" w:rsidRPr="00B537C0">
              <w:rPr>
                <w:rStyle w:val="IntenseEmphasis"/>
                <w:lang w:val="en-GB"/>
              </w:rPr>
              <w:t>e online</w:t>
            </w:r>
            <w:r w:rsidRPr="00B537C0">
              <w:rPr>
                <w:rStyle w:val="IntenseEmphasis"/>
                <w:lang w:val="en-GB"/>
              </w:rPr>
              <w:t xml:space="preserve"> form, you will not be able to make any further changes. Please ensure that you only upload your final, complete application document before submitting.</w:t>
            </w:r>
          </w:p>
          <w:p w14:paraId="41357E75" w14:textId="366BB597" w:rsidR="00C50E9C" w:rsidRPr="005F123F" w:rsidRDefault="00C50E9C" w:rsidP="4906213D">
            <w:pPr>
              <w:spacing w:after="0" w:line="300" w:lineRule="atLeast"/>
              <w:rPr>
                <w:rFonts w:eastAsia="Times New Roman" w:cs="Arial"/>
                <w:lang w:val="en-GB" w:eastAsia="en-GB"/>
              </w:rPr>
            </w:pPr>
          </w:p>
        </w:tc>
      </w:tr>
    </w:tbl>
    <w:p w14:paraId="27FB0912" w14:textId="64484EF5" w:rsidR="00C50E9C" w:rsidRDefault="009B06C7">
      <w:pPr>
        <w:pStyle w:val="Heading1"/>
      </w:pPr>
      <w:r>
        <w:rPr>
          <w:rFonts w:ascii="Arial" w:hAnsi="Arial"/>
        </w:rPr>
        <w:t>Application Form</w:t>
      </w:r>
    </w:p>
    <w:p w14:paraId="6497AE89" w14:textId="77777777" w:rsidR="00C50E9C" w:rsidRDefault="00387B22" w:rsidP="00387B22">
      <w:pPr>
        <w:pStyle w:val="Heading2"/>
        <w:spacing w:before="0"/>
      </w:pPr>
      <w:r>
        <w:rPr>
          <w:rFonts w:ascii="Arial" w:hAnsi="Arial"/>
          <w:sz w:val="24"/>
        </w:rPr>
        <w:t>1. Excellence in Education</w:t>
      </w:r>
    </w:p>
    <w:p w14:paraId="43BE0449" w14:textId="77777777" w:rsidR="00387B22" w:rsidRPr="00B537C0" w:rsidRDefault="001A14F7" w:rsidP="00387B22">
      <w:pPr>
        <w:spacing w:after="0"/>
        <w:rPr>
          <w:sz w:val="20"/>
          <w:szCs w:val="20"/>
        </w:rPr>
      </w:pPr>
      <w:r w:rsidRPr="00B537C0">
        <w:rPr>
          <w:sz w:val="20"/>
          <w:szCs w:val="20"/>
        </w:rPr>
        <w:t xml:space="preserve">Consider </w:t>
      </w:r>
      <w:r w:rsidR="0084619E" w:rsidRPr="00B537C0">
        <w:rPr>
          <w:sz w:val="20"/>
          <w:szCs w:val="20"/>
        </w:rPr>
        <w:t xml:space="preserve">how you </w:t>
      </w:r>
      <w:r w:rsidRPr="00B537C0">
        <w:rPr>
          <w:sz w:val="20"/>
          <w:szCs w:val="20"/>
        </w:rPr>
        <w:t xml:space="preserve">have </w:t>
      </w:r>
      <w:r w:rsidR="0084619E" w:rsidRPr="00B537C0">
        <w:rPr>
          <w:sz w:val="20"/>
          <w:szCs w:val="20"/>
        </w:rPr>
        <w:t>contributed to the development and delivery of internationally leading courses, and to the development of education in your discipline? How have you also ensured our students have outstanding experiences and outcomes?</w:t>
      </w:r>
    </w:p>
    <w:p w14:paraId="0A0D6C36" w14:textId="1A8D8F45" w:rsidR="00C50E9C" w:rsidRPr="00387B22" w:rsidRDefault="00387B22" w:rsidP="00387B22">
      <w:pPr>
        <w:rPr>
          <w:sz w:val="18"/>
          <w:szCs w:val="18"/>
        </w:rPr>
      </w:pPr>
      <w:r>
        <w:br/>
      </w:r>
      <w:r w:rsidR="0084619E" w:rsidRPr="0084619E">
        <w:rPr>
          <w:i/>
          <w:iCs/>
          <w:highlight w:val="lightGray"/>
        </w:rPr>
        <w:t>Write your submission here</w:t>
      </w:r>
      <w:r w:rsidRPr="0084619E">
        <w:rPr>
          <w:i/>
          <w:iCs/>
        </w:rPr>
        <w:br/>
      </w:r>
    </w:p>
    <w:p w14:paraId="3FFD134E" w14:textId="77777777" w:rsidR="00C50E9C" w:rsidRDefault="00387B22" w:rsidP="00387B22">
      <w:pPr>
        <w:pStyle w:val="Heading2"/>
        <w:spacing w:before="0"/>
      </w:pPr>
      <w:r>
        <w:rPr>
          <w:rFonts w:ascii="Arial" w:hAnsi="Arial"/>
          <w:sz w:val="24"/>
        </w:rPr>
        <w:lastRenderedPageBreak/>
        <w:t>2. High‑Impact Research</w:t>
      </w:r>
    </w:p>
    <w:p w14:paraId="034E812C" w14:textId="1A83ED26" w:rsidR="00387B22" w:rsidRDefault="001A14F7" w:rsidP="00387B22">
      <w:pPr>
        <w:spacing w:after="0"/>
        <w:rPr>
          <w:i/>
          <w:iCs/>
        </w:rPr>
      </w:pPr>
      <w:r w:rsidRPr="00B537C0">
        <w:rPr>
          <w:rFonts w:eastAsia="Times New Roman" w:cs="Arial"/>
          <w:color w:val="000000"/>
          <w:sz w:val="20"/>
          <w:szCs w:val="20"/>
          <w:lang w:eastAsia="en-GB"/>
        </w:rPr>
        <w:t xml:space="preserve">Consider how you have demonstrated excellence and leadership in the generation and development of new ideas, tools, hypotheses, tools or knowledge? How have you contributed to the development of the wider research community, and what impact has your work had </w:t>
      </w:r>
      <w:proofErr w:type="gramStart"/>
      <w:r w:rsidRPr="00B537C0">
        <w:rPr>
          <w:rFonts w:eastAsia="Times New Roman" w:cs="Arial"/>
          <w:color w:val="000000"/>
          <w:sz w:val="20"/>
          <w:szCs w:val="20"/>
          <w:lang w:eastAsia="en-GB"/>
        </w:rPr>
        <w:t>within</w:t>
      </w:r>
      <w:proofErr w:type="gramEnd"/>
      <w:r w:rsidRPr="00B537C0">
        <w:rPr>
          <w:rFonts w:eastAsia="Times New Roman" w:cs="Arial"/>
          <w:color w:val="000000"/>
          <w:sz w:val="20"/>
          <w:szCs w:val="20"/>
          <w:lang w:eastAsia="en-GB"/>
        </w:rPr>
        <w:t xml:space="preserve"> research and elsewhere</w:t>
      </w:r>
      <w:r w:rsidRPr="00B537C0">
        <w:rPr>
          <w:rFonts w:eastAsia="Times New Roman" w:cs="Arial"/>
          <w:i/>
          <w:iCs/>
          <w:color w:val="000000"/>
          <w:sz w:val="20"/>
          <w:szCs w:val="20"/>
          <w:lang w:eastAsia="en-GB"/>
        </w:rPr>
        <w:t>?</w:t>
      </w:r>
      <w:r w:rsidR="00B537C0" w:rsidRPr="00B537C0">
        <w:rPr>
          <w:rFonts w:eastAsia="Times New Roman" w:cs="Arial"/>
          <w:i/>
          <w:iCs/>
          <w:color w:val="000000"/>
          <w:sz w:val="20"/>
          <w:szCs w:val="20"/>
          <w:lang w:eastAsia="en-GB"/>
        </w:rPr>
        <w:t xml:space="preserve"> </w:t>
      </w:r>
      <w:r w:rsidR="00B537C0" w:rsidRPr="00B537C0">
        <w:rPr>
          <w:rFonts w:eastAsia="Times New Roman" w:cs="Arial"/>
          <w:i/>
          <w:iCs/>
          <w:color w:val="000000"/>
          <w:sz w:val="20"/>
          <w:szCs w:val="20"/>
          <w:lang w:eastAsia="en-GB"/>
        </w:rPr>
        <w:t>Please ensure you refer to the RRA when evidencing your research achievements</w:t>
      </w:r>
      <w:r w:rsidR="00B537C0" w:rsidRPr="00B537C0">
        <w:rPr>
          <w:rFonts w:eastAsia="Times New Roman" w:cs="Arial"/>
          <w:i/>
          <w:iCs/>
          <w:color w:val="000000"/>
          <w:sz w:val="20"/>
          <w:szCs w:val="20"/>
          <w:lang w:eastAsia="en-GB"/>
        </w:rPr>
        <w:t>. This is</w:t>
      </w:r>
      <w:r w:rsidR="00B537C0" w:rsidRPr="00B537C0">
        <w:rPr>
          <w:rFonts w:eastAsia="Times New Roman" w:cs="Arial"/>
          <w:i/>
          <w:iCs/>
          <w:color w:val="000000"/>
          <w:sz w:val="20"/>
          <w:szCs w:val="20"/>
          <w:lang w:eastAsia="en-GB"/>
        </w:rPr>
        <w:t xml:space="preserve"> required to evaluate </w:t>
      </w:r>
      <w:r w:rsidR="00B537C0" w:rsidRPr="00B537C0">
        <w:rPr>
          <w:rFonts w:eastAsia="Times New Roman" w:cs="Arial"/>
          <w:i/>
          <w:iCs/>
          <w:color w:val="000000"/>
          <w:sz w:val="18"/>
          <w:szCs w:val="18"/>
          <w:lang w:eastAsia="en-GB"/>
        </w:rPr>
        <w:t>submissions</w:t>
      </w:r>
      <w:r w:rsidR="00B537C0">
        <w:rPr>
          <w:rFonts w:eastAsia="Times New Roman" w:cs="Arial"/>
          <w:i/>
          <w:iCs/>
          <w:color w:val="000000"/>
          <w:sz w:val="18"/>
          <w:szCs w:val="18"/>
          <w:lang w:eastAsia="en-GB"/>
        </w:rPr>
        <w:t xml:space="preserve">: </w:t>
      </w:r>
      <w:hyperlink r:id="rId8" w:history="1">
        <w:r w:rsidR="00B537C0" w:rsidRPr="00B537C0">
          <w:rPr>
            <w:rStyle w:val="Hyperlink"/>
            <w:rFonts w:eastAsia="Times New Roman" w:cs="Arial"/>
            <w:i/>
            <w:iCs/>
            <w:sz w:val="18"/>
            <w:szCs w:val="18"/>
            <w:lang w:eastAsia="en-GB"/>
          </w:rPr>
          <w:t>Responsible Research Assessment Guidance, Univer</w:t>
        </w:r>
        <w:r w:rsidR="00B537C0" w:rsidRPr="00B537C0">
          <w:rPr>
            <w:rStyle w:val="Hyperlink"/>
            <w:rFonts w:eastAsia="Times New Roman" w:cs="Arial"/>
            <w:i/>
            <w:iCs/>
            <w:sz w:val="18"/>
            <w:szCs w:val="18"/>
            <w:lang w:eastAsia="en-GB"/>
          </w:rPr>
          <w:t>s</w:t>
        </w:r>
        <w:r w:rsidR="00B537C0" w:rsidRPr="00B537C0">
          <w:rPr>
            <w:rStyle w:val="Hyperlink"/>
            <w:rFonts w:eastAsia="Times New Roman" w:cs="Arial"/>
            <w:i/>
            <w:iCs/>
            <w:sz w:val="18"/>
            <w:szCs w:val="18"/>
            <w:lang w:eastAsia="en-GB"/>
          </w:rPr>
          <w:t xml:space="preserve">ity of Bath | </w:t>
        </w:r>
        <w:proofErr w:type="spellStart"/>
        <w:r w:rsidR="00B537C0" w:rsidRPr="00B537C0">
          <w:rPr>
            <w:rStyle w:val="Hyperlink"/>
            <w:rFonts w:eastAsia="Times New Roman" w:cs="Arial"/>
            <w:i/>
            <w:iCs/>
            <w:sz w:val="18"/>
            <w:szCs w:val="18"/>
            <w:lang w:eastAsia="en-GB"/>
          </w:rPr>
          <w:t>Zenodo</w:t>
        </w:r>
        <w:proofErr w:type="spellEnd"/>
        <w:r w:rsidRPr="00B537C0">
          <w:rPr>
            <w:rStyle w:val="Hyperlink"/>
            <w:rFonts w:eastAsia="Times New Roman" w:cs="Arial"/>
            <w:lang w:eastAsia="en-GB"/>
          </w:rPr>
          <w:t> </w:t>
        </w:r>
      </w:hyperlink>
      <w:r w:rsidR="00387B22">
        <w:br/>
      </w:r>
      <w:r w:rsidR="00387B22">
        <w:br/>
      </w:r>
      <w:r w:rsidRPr="0084619E">
        <w:rPr>
          <w:i/>
          <w:iCs/>
          <w:highlight w:val="lightGray"/>
        </w:rPr>
        <w:t>Write your submission here</w:t>
      </w:r>
    </w:p>
    <w:p w14:paraId="30656AB4" w14:textId="77777777" w:rsidR="00387B22" w:rsidRPr="00387B22" w:rsidRDefault="00387B22" w:rsidP="00387B22">
      <w:pPr>
        <w:rPr>
          <w:i/>
          <w:iCs/>
        </w:rPr>
      </w:pPr>
    </w:p>
    <w:p w14:paraId="132AE271" w14:textId="77777777" w:rsidR="00C50E9C" w:rsidRDefault="00387B22" w:rsidP="00387B22">
      <w:pPr>
        <w:pStyle w:val="Heading2"/>
        <w:spacing w:before="0"/>
      </w:pPr>
      <w:r>
        <w:rPr>
          <w:rFonts w:ascii="Arial" w:hAnsi="Arial"/>
          <w:sz w:val="24"/>
        </w:rPr>
        <w:t>3. Community</w:t>
      </w:r>
    </w:p>
    <w:p w14:paraId="423F9D3D" w14:textId="41D092B2" w:rsidR="001A14F7" w:rsidRPr="00B537C0" w:rsidRDefault="001A14F7" w:rsidP="00387B22">
      <w:pPr>
        <w:rPr>
          <w:iCs/>
          <w:sz w:val="20"/>
          <w:szCs w:val="20"/>
        </w:rPr>
      </w:pPr>
      <w:r w:rsidRPr="00B537C0">
        <w:rPr>
          <w:iCs/>
          <w:sz w:val="20"/>
          <w:szCs w:val="20"/>
        </w:rPr>
        <w:t xml:space="preserve">Consider how you have strengthened and enhanced our community, ensuring that students and colleagues are included and able to thrive and develop, and then </w:t>
      </w:r>
      <w:proofErr w:type="gramStart"/>
      <w:r w:rsidRPr="00B537C0">
        <w:rPr>
          <w:iCs/>
          <w:sz w:val="20"/>
          <w:szCs w:val="20"/>
        </w:rPr>
        <w:t>demonstrated</w:t>
      </w:r>
      <w:proofErr w:type="gramEnd"/>
      <w:r w:rsidRPr="00B537C0">
        <w:rPr>
          <w:iCs/>
          <w:sz w:val="20"/>
          <w:szCs w:val="20"/>
        </w:rPr>
        <w:t xml:space="preserve"> leadership in this field more widely in line with the domain criteria?  What outcomes and impact </w:t>
      </w:r>
      <w:proofErr w:type="gramStart"/>
      <w:r w:rsidRPr="00B537C0">
        <w:rPr>
          <w:iCs/>
          <w:sz w:val="20"/>
          <w:szCs w:val="20"/>
        </w:rPr>
        <w:t>has</w:t>
      </w:r>
      <w:proofErr w:type="gramEnd"/>
      <w:r w:rsidRPr="00B537C0">
        <w:rPr>
          <w:iCs/>
          <w:sz w:val="20"/>
          <w:szCs w:val="20"/>
        </w:rPr>
        <w:t xml:space="preserve"> your leadership had for the success of individuals, teams, the wider community and the sector?</w:t>
      </w:r>
    </w:p>
    <w:p w14:paraId="5DDD44D7" w14:textId="45EED298" w:rsidR="00C50E9C" w:rsidRDefault="001A14F7" w:rsidP="00387B22">
      <w:r w:rsidRPr="0084619E">
        <w:rPr>
          <w:i/>
          <w:iCs/>
          <w:highlight w:val="lightGray"/>
        </w:rPr>
        <w:t>Write your submission here</w:t>
      </w:r>
      <w:r w:rsidR="00387B22">
        <w:br/>
      </w:r>
    </w:p>
    <w:p w14:paraId="0CA6CB91" w14:textId="77777777" w:rsidR="00C50E9C" w:rsidRDefault="00387B22" w:rsidP="00387B22">
      <w:pPr>
        <w:pStyle w:val="Heading2"/>
        <w:spacing w:before="0"/>
      </w:pPr>
      <w:r>
        <w:rPr>
          <w:rFonts w:ascii="Arial" w:hAnsi="Arial"/>
          <w:sz w:val="24"/>
        </w:rPr>
        <w:t>4. Partnerships</w:t>
      </w:r>
    </w:p>
    <w:p w14:paraId="55E5A888" w14:textId="05AFE2B7" w:rsidR="00C50E9C" w:rsidRDefault="001A14F7" w:rsidP="00387B22">
      <w:r w:rsidRPr="00B537C0">
        <w:rPr>
          <w:iCs/>
          <w:sz w:val="20"/>
          <w:szCs w:val="20"/>
        </w:rPr>
        <w:t>For example, how have you built, led and sustained connections with partners and networks outside the University, and what are the demonstrable and anticipated benefits and impacts of these</w:t>
      </w:r>
      <w:r w:rsidRPr="00B537C0">
        <w:rPr>
          <w:iCs/>
          <w:sz w:val="24"/>
          <w:szCs w:val="24"/>
        </w:rPr>
        <w:t>?</w:t>
      </w:r>
      <w:r w:rsidR="00387B22">
        <w:br/>
      </w:r>
      <w:r w:rsidR="00387B22">
        <w:br/>
      </w:r>
      <w:r w:rsidR="00084740" w:rsidRPr="0084619E">
        <w:rPr>
          <w:i/>
          <w:iCs/>
          <w:highlight w:val="lightGray"/>
        </w:rPr>
        <w:t>Write your submission here</w:t>
      </w:r>
      <w:r w:rsidR="00387B22">
        <w:br/>
      </w:r>
    </w:p>
    <w:p w14:paraId="667F5FF1" w14:textId="6F1FD397" w:rsidR="00C50E9C" w:rsidRDefault="00387B22" w:rsidP="4906213D">
      <w:pPr>
        <w:pStyle w:val="Heading2"/>
        <w:spacing w:before="0"/>
        <w:rPr>
          <w:rFonts w:ascii="Arial" w:hAnsi="Arial"/>
          <w:sz w:val="24"/>
          <w:szCs w:val="24"/>
        </w:rPr>
      </w:pPr>
      <w:r w:rsidRPr="4906213D">
        <w:rPr>
          <w:rFonts w:ascii="Arial" w:hAnsi="Arial"/>
          <w:sz w:val="24"/>
          <w:szCs w:val="24"/>
        </w:rPr>
        <w:t xml:space="preserve">5. </w:t>
      </w:r>
      <w:r w:rsidR="00084740" w:rsidRPr="4906213D">
        <w:rPr>
          <w:rFonts w:ascii="Arial" w:hAnsi="Arial"/>
          <w:sz w:val="24"/>
          <w:szCs w:val="24"/>
        </w:rPr>
        <w:t xml:space="preserve">Your </w:t>
      </w:r>
      <w:proofErr w:type="gramStart"/>
      <w:r w:rsidR="00084740" w:rsidRPr="4906213D">
        <w:rPr>
          <w:rFonts w:ascii="Arial" w:hAnsi="Arial"/>
          <w:sz w:val="24"/>
          <w:szCs w:val="24"/>
        </w:rPr>
        <w:t>future plans</w:t>
      </w:r>
      <w:proofErr w:type="gramEnd"/>
    </w:p>
    <w:p w14:paraId="134BC17E" w14:textId="47994319" w:rsidR="00C50E9C" w:rsidRDefault="001A14F7" w:rsidP="00387B22">
      <w:pPr>
        <w:spacing w:after="0"/>
      </w:pPr>
      <w:r w:rsidRPr="00B537C0">
        <w:rPr>
          <w:iCs/>
          <w:sz w:val="20"/>
          <w:szCs w:val="20"/>
        </w:rPr>
        <w:t xml:space="preserve">For example, new educational or research initiatives or areas whereby you will contribute to your </w:t>
      </w:r>
      <w:proofErr w:type="gramStart"/>
      <w:r w:rsidRPr="00B537C0">
        <w:rPr>
          <w:iCs/>
          <w:sz w:val="20"/>
          <w:szCs w:val="20"/>
        </w:rPr>
        <w:t>Department</w:t>
      </w:r>
      <w:proofErr w:type="gramEnd"/>
      <w:r w:rsidRPr="00B537C0">
        <w:rPr>
          <w:iCs/>
          <w:sz w:val="20"/>
          <w:szCs w:val="20"/>
        </w:rPr>
        <w:t xml:space="preserve"> or the wider University, and what are the demonstrable and anticipated benefits and impacts of these. Your statement should indicate how your performance is in line with the Pay Band criteria.</w:t>
      </w:r>
      <w:r w:rsidR="00387B22">
        <w:br/>
      </w:r>
      <w:r w:rsidR="00387B22">
        <w:br/>
      </w:r>
      <w:r w:rsidR="00084740" w:rsidRPr="0084619E">
        <w:rPr>
          <w:i/>
          <w:iCs/>
          <w:highlight w:val="lightGray"/>
        </w:rPr>
        <w:t>Write your submission here</w:t>
      </w:r>
    </w:p>
    <w:p w14:paraId="5C4AC475" w14:textId="159FB16F" w:rsidR="00C50E9C" w:rsidRDefault="00387B22">
      <w:pPr>
        <w:pStyle w:val="Heading1"/>
      </w:pPr>
      <w:r>
        <w:rPr>
          <w:rFonts w:ascii="Arial" w:hAnsi="Arial"/>
        </w:rPr>
        <w:t>Individual Circumstances</w:t>
      </w:r>
    </w:p>
    <w:p w14:paraId="6059CCBF" w14:textId="2794D2BA" w:rsidR="000C4E99" w:rsidRPr="00B537C0" w:rsidRDefault="000C4E99" w:rsidP="000C4E99">
      <w:pPr>
        <w:rPr>
          <w:sz w:val="20"/>
          <w:szCs w:val="20"/>
        </w:rPr>
      </w:pPr>
      <w:r w:rsidRPr="00B537C0">
        <w:rPr>
          <w:sz w:val="20"/>
          <w:szCs w:val="20"/>
        </w:rPr>
        <w:t xml:space="preserve">This should be a short statement that describes any individual circumstances that you would like to be taken into consideration. </w:t>
      </w:r>
      <w:r w:rsidR="5265B89D" w:rsidRPr="00B537C0">
        <w:rPr>
          <w:sz w:val="20"/>
          <w:szCs w:val="20"/>
        </w:rPr>
        <w:t xml:space="preserve">Not part of the word limit above. </w:t>
      </w:r>
    </w:p>
    <w:p w14:paraId="25E87A68" w14:textId="77777777" w:rsidR="000C4E99" w:rsidRPr="00B537C0" w:rsidRDefault="000C4E99" w:rsidP="000C4E99">
      <w:pPr>
        <w:pStyle w:val="ListParagraph"/>
        <w:numPr>
          <w:ilvl w:val="0"/>
          <w:numId w:val="17"/>
        </w:numPr>
        <w:rPr>
          <w:iCs/>
          <w:sz w:val="20"/>
          <w:szCs w:val="20"/>
        </w:rPr>
      </w:pPr>
      <w:r w:rsidRPr="00B537C0">
        <w:rPr>
          <w:iCs/>
          <w:sz w:val="20"/>
          <w:szCs w:val="20"/>
        </w:rPr>
        <w:t xml:space="preserve">These include anything that impacts your ability to meet the expectations outlined in this framework. For example, prolonged absences, restrictions or travel or networking opportunities, flexible working patterns, or reduced working hours, including any equality factors. </w:t>
      </w:r>
    </w:p>
    <w:p w14:paraId="5A2C2B5A" w14:textId="77777777" w:rsidR="000C4E99" w:rsidRPr="000C4E99" w:rsidRDefault="000C4E99" w:rsidP="000C4E99">
      <w:pPr>
        <w:pStyle w:val="ListParagraph"/>
        <w:numPr>
          <w:ilvl w:val="0"/>
          <w:numId w:val="17"/>
        </w:numPr>
        <w:rPr>
          <w:iCs/>
        </w:rPr>
      </w:pPr>
      <w:r w:rsidRPr="00B537C0">
        <w:rPr>
          <w:iCs/>
          <w:sz w:val="20"/>
          <w:szCs w:val="20"/>
        </w:rPr>
        <w:t>Please include any local arrangements that have been made and agreed with your line manager, such as a pro-rata reduction across your selected criteria if working part-time.</w:t>
      </w:r>
      <w:r w:rsidR="00387B22">
        <w:br/>
      </w:r>
    </w:p>
    <w:p w14:paraId="0B14D820" w14:textId="1373BD27" w:rsidR="00C50E9C" w:rsidRPr="000C4E99" w:rsidRDefault="000C4E99" w:rsidP="000C4E99">
      <w:pPr>
        <w:pStyle w:val="ListParagraph"/>
        <w:ind w:left="0"/>
        <w:rPr>
          <w:iCs/>
        </w:rPr>
      </w:pPr>
      <w:r w:rsidRPr="000C4E99">
        <w:rPr>
          <w:i/>
          <w:iCs/>
          <w:highlight w:val="lightGray"/>
        </w:rPr>
        <w:t>Write your submission here</w:t>
      </w:r>
    </w:p>
    <w:p w14:paraId="39B4039D" w14:textId="6F4CB68D" w:rsidR="00C50E9C" w:rsidRDefault="00387B22" w:rsidP="00B804DB">
      <w:pPr>
        <w:pStyle w:val="Heading1"/>
      </w:pPr>
      <w:r>
        <w:br w:type="page"/>
      </w:r>
      <w:r w:rsidRPr="28B33656">
        <w:lastRenderedPageBreak/>
        <w:t>Head of Department Review</w:t>
      </w:r>
    </w:p>
    <w:p w14:paraId="64D542BA" w14:textId="63EE69DC" w:rsidR="001A14F7" w:rsidRDefault="001A14F7" w:rsidP="001A14F7">
      <w:pPr>
        <w:rPr>
          <w:i/>
        </w:rPr>
      </w:pPr>
      <w:r w:rsidRPr="005F123F">
        <w:rPr>
          <w:i/>
        </w:rPr>
        <w:t xml:space="preserve">Please use this section to comment on and assess the evidence provided. As well as commenting on individual achievements, contribution and </w:t>
      </w:r>
      <w:proofErr w:type="gramStart"/>
      <w:r w:rsidRPr="005F123F">
        <w:rPr>
          <w:i/>
        </w:rPr>
        <w:t>future plans</w:t>
      </w:r>
      <w:proofErr w:type="gramEnd"/>
      <w:r>
        <w:rPr>
          <w:i/>
        </w:rPr>
        <w:t>. Y</w:t>
      </w:r>
      <w:r w:rsidRPr="005F123F">
        <w:rPr>
          <w:i/>
        </w:rPr>
        <w:t xml:space="preserve">our assessment must reference the relevant parts of the Professorial </w:t>
      </w:r>
      <w:proofErr w:type="gramStart"/>
      <w:r w:rsidRPr="005F123F">
        <w:rPr>
          <w:i/>
        </w:rPr>
        <w:t>pay band</w:t>
      </w:r>
      <w:proofErr w:type="gramEnd"/>
      <w:r w:rsidRPr="005F123F">
        <w:rPr>
          <w:i/>
        </w:rPr>
        <w:t xml:space="preserve"> criteria. You should provide evidence of how this application fits with subject/Department norms.</w:t>
      </w:r>
    </w:p>
    <w:p w14:paraId="6C952B70" w14:textId="602DD83C" w:rsidR="001A14F7" w:rsidRPr="001A14F7" w:rsidRDefault="00084740" w:rsidP="001A14F7">
      <w:pPr>
        <w:rPr>
          <w:b/>
          <w:bCs/>
          <w:iCs/>
          <w:lang w:val="en-GB"/>
        </w:rPr>
      </w:pPr>
      <w:r>
        <w:rPr>
          <w:b/>
          <w:bCs/>
          <w:iCs/>
          <w:lang w:val="en-GB"/>
        </w:rPr>
        <w:t>Recommendation scoring</w:t>
      </w:r>
      <w:r w:rsidRPr="00084740">
        <w:rPr>
          <w:b/>
          <w:bCs/>
          <w:iCs/>
          <w:lang w:val="en-GB"/>
        </w:rPr>
        <w:t>:</w:t>
      </w:r>
    </w:p>
    <w:p w14:paraId="31B065A5" w14:textId="77777777" w:rsidR="001A14F7" w:rsidRPr="001A14F7" w:rsidRDefault="001A14F7" w:rsidP="000C4E99">
      <w:pPr>
        <w:spacing w:line="240" w:lineRule="auto"/>
        <w:rPr>
          <w:rFonts w:cs="Arial"/>
          <w:iCs/>
          <w:lang w:val="en-GB"/>
        </w:rPr>
      </w:pPr>
      <w:r w:rsidRPr="001A14F7">
        <w:rPr>
          <w:rFonts w:cs="Arial"/>
          <w:iCs/>
          <w:lang w:val="en-GB"/>
        </w:rPr>
        <w:t>a = Performing significantly below the expected level</w:t>
      </w:r>
    </w:p>
    <w:p w14:paraId="57382B74" w14:textId="77777777" w:rsidR="001A14F7" w:rsidRPr="001A14F7" w:rsidRDefault="001A14F7" w:rsidP="000C4E99">
      <w:pPr>
        <w:spacing w:line="240" w:lineRule="auto"/>
        <w:rPr>
          <w:rFonts w:cs="Arial"/>
          <w:iCs/>
          <w:lang w:val="en-GB"/>
        </w:rPr>
      </w:pPr>
      <w:r w:rsidRPr="001A14F7">
        <w:rPr>
          <w:rFonts w:cs="Arial"/>
          <w:iCs/>
          <w:lang w:val="en-GB"/>
        </w:rPr>
        <w:t>b= Performing [contributing] at the expected level</w:t>
      </w:r>
    </w:p>
    <w:p w14:paraId="20E7EA0B" w14:textId="77777777" w:rsidR="001A14F7" w:rsidRPr="001A14F7" w:rsidRDefault="001A14F7" w:rsidP="000C4E99">
      <w:pPr>
        <w:spacing w:line="240" w:lineRule="auto"/>
        <w:rPr>
          <w:rFonts w:cs="Arial"/>
          <w:iCs/>
          <w:lang w:val="en-GB"/>
        </w:rPr>
      </w:pPr>
      <w:r w:rsidRPr="001A14F7">
        <w:rPr>
          <w:rFonts w:cs="Arial"/>
          <w:iCs/>
          <w:lang w:val="en-GB"/>
        </w:rPr>
        <w:t>c = Performing largely at the expected level with some elements of the level above, or performing well across a range of domains</w:t>
      </w:r>
    </w:p>
    <w:p w14:paraId="7C0A66DC" w14:textId="77777777" w:rsidR="001A14F7" w:rsidRPr="001A14F7" w:rsidRDefault="001A14F7" w:rsidP="000C4E99">
      <w:pPr>
        <w:spacing w:line="240" w:lineRule="auto"/>
        <w:rPr>
          <w:rFonts w:cs="Arial"/>
          <w:iCs/>
          <w:lang w:val="en-GB"/>
        </w:rPr>
      </w:pPr>
      <w:r w:rsidRPr="47B2C506">
        <w:rPr>
          <w:rFonts w:cs="Arial"/>
          <w:lang w:val="en-GB"/>
        </w:rPr>
        <w:t>d = Performing mostly in the level above or making substantial sustained contributions across the range</w:t>
      </w:r>
    </w:p>
    <w:p w14:paraId="465D2499" w14:textId="77777777" w:rsidR="001A14F7" w:rsidRDefault="001A14F7" w:rsidP="001A14F7"/>
    <w:tbl>
      <w:tblPr>
        <w:tblStyle w:val="TableGrid"/>
        <w:tblW w:w="8954" w:type="dxa"/>
        <w:tblLook w:val="04A0" w:firstRow="1" w:lastRow="0" w:firstColumn="1" w:lastColumn="0" w:noHBand="0" w:noVBand="1"/>
      </w:tblPr>
      <w:tblGrid>
        <w:gridCol w:w="2638"/>
        <w:gridCol w:w="4156"/>
        <w:gridCol w:w="2160"/>
      </w:tblGrid>
      <w:tr w:rsidR="00C50E9C" w14:paraId="6A36A394" w14:textId="77777777" w:rsidTr="4906213D">
        <w:tc>
          <w:tcPr>
            <w:tcW w:w="2638" w:type="dxa"/>
          </w:tcPr>
          <w:p w14:paraId="18F3B0F9" w14:textId="5529932B" w:rsidR="00C50E9C" w:rsidRPr="001A14F7" w:rsidRDefault="00387B22">
            <w:pPr>
              <w:rPr>
                <w:b/>
                <w:bCs/>
              </w:rPr>
            </w:pPr>
            <w:r w:rsidRPr="001A14F7">
              <w:rPr>
                <w:b/>
                <w:bCs/>
              </w:rPr>
              <w:t>Domain</w:t>
            </w:r>
          </w:p>
        </w:tc>
        <w:tc>
          <w:tcPr>
            <w:tcW w:w="4156" w:type="dxa"/>
          </w:tcPr>
          <w:p w14:paraId="57D8FF8C" w14:textId="77777777" w:rsidR="00C50E9C" w:rsidRPr="001A14F7" w:rsidRDefault="00387B22">
            <w:pPr>
              <w:rPr>
                <w:b/>
                <w:bCs/>
              </w:rPr>
            </w:pPr>
            <w:r w:rsidRPr="001A14F7">
              <w:rPr>
                <w:b/>
                <w:bCs/>
              </w:rPr>
              <w:t>Comments</w:t>
            </w:r>
          </w:p>
        </w:tc>
        <w:tc>
          <w:tcPr>
            <w:tcW w:w="2160" w:type="dxa"/>
          </w:tcPr>
          <w:p w14:paraId="3AD07574" w14:textId="77777777" w:rsidR="00C50E9C" w:rsidRPr="001A14F7" w:rsidRDefault="00387B22">
            <w:pPr>
              <w:rPr>
                <w:b/>
                <w:bCs/>
              </w:rPr>
            </w:pPr>
            <w:r w:rsidRPr="001A14F7">
              <w:rPr>
                <w:b/>
                <w:bCs/>
              </w:rPr>
              <w:t>Recommendation</w:t>
            </w:r>
          </w:p>
        </w:tc>
      </w:tr>
      <w:tr w:rsidR="00C50E9C" w14:paraId="3AF06287" w14:textId="77777777" w:rsidTr="4906213D">
        <w:tc>
          <w:tcPr>
            <w:tcW w:w="2638" w:type="dxa"/>
          </w:tcPr>
          <w:p w14:paraId="4D2E46B2" w14:textId="77777777" w:rsidR="00C50E9C" w:rsidRDefault="00387B22">
            <w:r>
              <w:t>Excellence in Education</w:t>
            </w:r>
          </w:p>
        </w:tc>
        <w:tc>
          <w:tcPr>
            <w:tcW w:w="4156" w:type="dxa"/>
          </w:tcPr>
          <w:p w14:paraId="035B0404" w14:textId="77777777" w:rsidR="00C50E9C" w:rsidRDefault="00C50E9C"/>
        </w:tc>
        <w:tc>
          <w:tcPr>
            <w:tcW w:w="2160" w:type="dxa"/>
          </w:tcPr>
          <w:p w14:paraId="55B5CFC3" w14:textId="77777777" w:rsidR="00C50E9C" w:rsidRDefault="00C50E9C"/>
        </w:tc>
      </w:tr>
      <w:tr w:rsidR="00C50E9C" w14:paraId="3F2A18D1" w14:textId="77777777" w:rsidTr="4906213D">
        <w:tc>
          <w:tcPr>
            <w:tcW w:w="2638" w:type="dxa"/>
          </w:tcPr>
          <w:p w14:paraId="3300A418" w14:textId="77777777" w:rsidR="00C50E9C" w:rsidRDefault="00387B22">
            <w:r>
              <w:t>High‑Impact Research</w:t>
            </w:r>
          </w:p>
        </w:tc>
        <w:tc>
          <w:tcPr>
            <w:tcW w:w="4156" w:type="dxa"/>
          </w:tcPr>
          <w:p w14:paraId="3AA3F866" w14:textId="77777777" w:rsidR="00C50E9C" w:rsidRDefault="00C50E9C"/>
        </w:tc>
        <w:tc>
          <w:tcPr>
            <w:tcW w:w="2160" w:type="dxa"/>
          </w:tcPr>
          <w:p w14:paraId="3F7D2610" w14:textId="77777777" w:rsidR="00C50E9C" w:rsidRDefault="00C50E9C"/>
        </w:tc>
      </w:tr>
      <w:tr w:rsidR="00C50E9C" w14:paraId="2924FF05" w14:textId="77777777" w:rsidTr="4906213D">
        <w:tc>
          <w:tcPr>
            <w:tcW w:w="2638" w:type="dxa"/>
          </w:tcPr>
          <w:p w14:paraId="4D06DE12" w14:textId="77777777" w:rsidR="00C50E9C" w:rsidRDefault="00387B22">
            <w:r>
              <w:t>Community</w:t>
            </w:r>
          </w:p>
        </w:tc>
        <w:tc>
          <w:tcPr>
            <w:tcW w:w="4156" w:type="dxa"/>
          </w:tcPr>
          <w:p w14:paraId="1B8231B5" w14:textId="77777777" w:rsidR="00C50E9C" w:rsidRDefault="00C50E9C"/>
        </w:tc>
        <w:tc>
          <w:tcPr>
            <w:tcW w:w="2160" w:type="dxa"/>
          </w:tcPr>
          <w:p w14:paraId="6CB9A612" w14:textId="77777777" w:rsidR="00C50E9C" w:rsidRDefault="00C50E9C"/>
        </w:tc>
      </w:tr>
      <w:tr w:rsidR="00C50E9C" w14:paraId="49230254" w14:textId="77777777" w:rsidTr="4906213D">
        <w:tc>
          <w:tcPr>
            <w:tcW w:w="2638" w:type="dxa"/>
          </w:tcPr>
          <w:p w14:paraId="0B582DAC" w14:textId="77777777" w:rsidR="00C50E9C" w:rsidRDefault="00387B22">
            <w:r>
              <w:t>Partnerships</w:t>
            </w:r>
          </w:p>
        </w:tc>
        <w:tc>
          <w:tcPr>
            <w:tcW w:w="4156" w:type="dxa"/>
          </w:tcPr>
          <w:p w14:paraId="50DCE491" w14:textId="77777777" w:rsidR="00C50E9C" w:rsidRDefault="00C50E9C"/>
        </w:tc>
        <w:tc>
          <w:tcPr>
            <w:tcW w:w="2160" w:type="dxa"/>
          </w:tcPr>
          <w:p w14:paraId="45397AA6" w14:textId="77777777" w:rsidR="00C50E9C" w:rsidRDefault="00C50E9C"/>
        </w:tc>
      </w:tr>
    </w:tbl>
    <w:p w14:paraId="698E0262" w14:textId="77777777" w:rsidR="00387B22" w:rsidRDefault="00387B22"/>
    <w:sectPr w:rsidR="00387B22" w:rsidSect="00387B22">
      <w:pgSz w:w="12240" w:h="15840"/>
      <w:pgMar w:top="851"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C96C8C"/>
    <w:multiLevelType w:val="hybridMultilevel"/>
    <w:tmpl w:val="12B4F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B05926"/>
    <w:multiLevelType w:val="hybridMultilevel"/>
    <w:tmpl w:val="FDA8BBBE"/>
    <w:lvl w:ilvl="0" w:tplc="2918D65A">
      <w:numFmt w:val="bullet"/>
      <w:lvlText w:val="•"/>
      <w:lvlJc w:val="left"/>
      <w:pPr>
        <w:ind w:left="720" w:hanging="360"/>
      </w:pPr>
      <w:rPr>
        <w:rFonts w:ascii="Arial" w:eastAsiaTheme="minorEastAsia" w:hAnsi="Arial" w:cs="Arial" w:hint="default"/>
        <w:i/>
        <w:sz w:val="22"/>
      </w:rPr>
    </w:lvl>
    <w:lvl w:ilvl="1" w:tplc="F0E411FA">
      <w:numFmt w:val="bullet"/>
      <w:lvlText w:val=""/>
      <w:lvlJc w:val="left"/>
      <w:pPr>
        <w:ind w:left="1440" w:hanging="360"/>
      </w:pPr>
      <w:rPr>
        <w:rFonts w:ascii="Symbol" w:eastAsia="Times New Roman" w:hAnsi="Symbol"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385B5C"/>
    <w:multiLevelType w:val="hybridMultilevel"/>
    <w:tmpl w:val="00D069BC"/>
    <w:lvl w:ilvl="0" w:tplc="C52E03A4">
      <w:start w:val="1"/>
      <w:numFmt w:val="bullet"/>
      <w:lvlText w:val=""/>
      <w:lvlJc w:val="left"/>
      <w:pPr>
        <w:ind w:left="720" w:hanging="360"/>
      </w:pPr>
      <w:rPr>
        <w:rFonts w:ascii="Symbol" w:hAnsi="Symbol" w:hint="default"/>
      </w:rPr>
    </w:lvl>
    <w:lvl w:ilvl="1" w:tplc="08C01954">
      <w:start w:val="1"/>
      <w:numFmt w:val="bullet"/>
      <w:lvlText w:val="o"/>
      <w:lvlJc w:val="left"/>
      <w:pPr>
        <w:ind w:left="1440" w:hanging="360"/>
      </w:pPr>
      <w:rPr>
        <w:rFonts w:ascii="Courier New" w:hAnsi="Courier New" w:hint="default"/>
      </w:rPr>
    </w:lvl>
    <w:lvl w:ilvl="2" w:tplc="0A444072">
      <w:start w:val="1"/>
      <w:numFmt w:val="bullet"/>
      <w:lvlText w:val=""/>
      <w:lvlJc w:val="left"/>
      <w:pPr>
        <w:ind w:left="2160" w:hanging="360"/>
      </w:pPr>
      <w:rPr>
        <w:rFonts w:ascii="Wingdings" w:hAnsi="Wingdings" w:hint="default"/>
      </w:rPr>
    </w:lvl>
    <w:lvl w:ilvl="3" w:tplc="C6D214B2">
      <w:start w:val="1"/>
      <w:numFmt w:val="bullet"/>
      <w:lvlText w:val=""/>
      <w:lvlJc w:val="left"/>
      <w:pPr>
        <w:ind w:left="2880" w:hanging="360"/>
      </w:pPr>
      <w:rPr>
        <w:rFonts w:ascii="Symbol" w:hAnsi="Symbol" w:hint="default"/>
      </w:rPr>
    </w:lvl>
    <w:lvl w:ilvl="4" w:tplc="4E685630">
      <w:start w:val="1"/>
      <w:numFmt w:val="bullet"/>
      <w:lvlText w:val="o"/>
      <w:lvlJc w:val="left"/>
      <w:pPr>
        <w:ind w:left="3600" w:hanging="360"/>
      </w:pPr>
      <w:rPr>
        <w:rFonts w:ascii="Courier New" w:hAnsi="Courier New" w:hint="default"/>
      </w:rPr>
    </w:lvl>
    <w:lvl w:ilvl="5" w:tplc="FAC299B4">
      <w:start w:val="1"/>
      <w:numFmt w:val="bullet"/>
      <w:lvlText w:val=""/>
      <w:lvlJc w:val="left"/>
      <w:pPr>
        <w:ind w:left="4320" w:hanging="360"/>
      </w:pPr>
      <w:rPr>
        <w:rFonts w:ascii="Wingdings" w:hAnsi="Wingdings" w:hint="default"/>
      </w:rPr>
    </w:lvl>
    <w:lvl w:ilvl="6" w:tplc="FBD0EE78">
      <w:start w:val="1"/>
      <w:numFmt w:val="bullet"/>
      <w:lvlText w:val=""/>
      <w:lvlJc w:val="left"/>
      <w:pPr>
        <w:ind w:left="5040" w:hanging="360"/>
      </w:pPr>
      <w:rPr>
        <w:rFonts w:ascii="Symbol" w:hAnsi="Symbol" w:hint="default"/>
      </w:rPr>
    </w:lvl>
    <w:lvl w:ilvl="7" w:tplc="1938CEC4">
      <w:start w:val="1"/>
      <w:numFmt w:val="bullet"/>
      <w:lvlText w:val="o"/>
      <w:lvlJc w:val="left"/>
      <w:pPr>
        <w:ind w:left="5760" w:hanging="360"/>
      </w:pPr>
      <w:rPr>
        <w:rFonts w:ascii="Courier New" w:hAnsi="Courier New" w:hint="default"/>
      </w:rPr>
    </w:lvl>
    <w:lvl w:ilvl="8" w:tplc="B5C276B8">
      <w:start w:val="1"/>
      <w:numFmt w:val="bullet"/>
      <w:lvlText w:val=""/>
      <w:lvlJc w:val="left"/>
      <w:pPr>
        <w:ind w:left="6480" w:hanging="360"/>
      </w:pPr>
      <w:rPr>
        <w:rFonts w:ascii="Wingdings" w:hAnsi="Wingdings" w:hint="default"/>
      </w:rPr>
    </w:lvl>
  </w:abstractNum>
  <w:abstractNum w:abstractNumId="12" w15:restartNumberingAfterBreak="0">
    <w:nsid w:val="20AB6BA3"/>
    <w:multiLevelType w:val="hybridMultilevel"/>
    <w:tmpl w:val="10AAC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E97980"/>
    <w:multiLevelType w:val="hybridMultilevel"/>
    <w:tmpl w:val="E9C4B894"/>
    <w:lvl w:ilvl="0" w:tplc="1ECA8F78">
      <w:start w:val="3"/>
      <w:numFmt w:val="bullet"/>
      <w:lvlText w:val="-"/>
      <w:lvlJc w:val="left"/>
      <w:pPr>
        <w:ind w:left="840" w:hanging="360"/>
      </w:pPr>
      <w:rPr>
        <w:rFonts w:ascii="Arial" w:eastAsiaTheme="minorEastAsia" w:hAnsi="Arial" w:cs="Arial" w:hint="default"/>
        <w:i/>
      </w:rPr>
    </w:lvl>
    <w:lvl w:ilvl="1" w:tplc="08090003">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15:restartNumberingAfterBreak="0">
    <w:nsid w:val="31D20FF1"/>
    <w:multiLevelType w:val="multilevel"/>
    <w:tmpl w:val="712C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9128A"/>
    <w:multiLevelType w:val="multilevel"/>
    <w:tmpl w:val="DD00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83AC8"/>
    <w:multiLevelType w:val="multilevel"/>
    <w:tmpl w:val="B584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DC75BF"/>
    <w:multiLevelType w:val="hybridMultilevel"/>
    <w:tmpl w:val="C3702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ED1565"/>
    <w:multiLevelType w:val="hybridMultilevel"/>
    <w:tmpl w:val="9840642C"/>
    <w:lvl w:ilvl="0" w:tplc="1ECA8F78">
      <w:start w:val="3"/>
      <w:numFmt w:val="bullet"/>
      <w:lvlText w:val="-"/>
      <w:lvlJc w:val="left"/>
      <w:pPr>
        <w:ind w:left="720" w:hanging="360"/>
      </w:pPr>
      <w:rPr>
        <w:rFonts w:ascii="Arial" w:eastAsiaTheme="minorEastAsia"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7452966">
    <w:abstractNumId w:val="11"/>
  </w:num>
  <w:num w:numId="2" w16cid:durableId="477184265">
    <w:abstractNumId w:val="8"/>
  </w:num>
  <w:num w:numId="3" w16cid:durableId="954677906">
    <w:abstractNumId w:val="6"/>
  </w:num>
  <w:num w:numId="4" w16cid:durableId="776414335">
    <w:abstractNumId w:val="5"/>
  </w:num>
  <w:num w:numId="5" w16cid:durableId="1844776755">
    <w:abstractNumId w:val="4"/>
  </w:num>
  <w:num w:numId="6" w16cid:durableId="1832334707">
    <w:abstractNumId w:val="7"/>
  </w:num>
  <w:num w:numId="7" w16cid:durableId="293022432">
    <w:abstractNumId w:val="3"/>
  </w:num>
  <w:num w:numId="8" w16cid:durableId="1200363261">
    <w:abstractNumId w:val="2"/>
  </w:num>
  <w:num w:numId="9" w16cid:durableId="783353080">
    <w:abstractNumId w:val="1"/>
  </w:num>
  <w:num w:numId="10" w16cid:durableId="419985358">
    <w:abstractNumId w:val="0"/>
  </w:num>
  <w:num w:numId="11" w16cid:durableId="591276626">
    <w:abstractNumId w:val="16"/>
  </w:num>
  <w:num w:numId="12" w16cid:durableId="1261524970">
    <w:abstractNumId w:val="15"/>
  </w:num>
  <w:num w:numId="13" w16cid:durableId="672488076">
    <w:abstractNumId w:val="9"/>
  </w:num>
  <w:num w:numId="14" w16cid:durableId="489754761">
    <w:abstractNumId w:val="10"/>
  </w:num>
  <w:num w:numId="15" w16cid:durableId="1354308259">
    <w:abstractNumId w:val="12"/>
  </w:num>
  <w:num w:numId="16" w16cid:durableId="1947809920">
    <w:abstractNumId w:val="17"/>
  </w:num>
  <w:num w:numId="17" w16cid:durableId="285933657">
    <w:abstractNumId w:val="18"/>
  </w:num>
  <w:num w:numId="18" w16cid:durableId="679504722">
    <w:abstractNumId w:val="14"/>
  </w:num>
  <w:num w:numId="19" w16cid:durableId="16165248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4740"/>
    <w:rsid w:val="000B6423"/>
    <w:rsid w:val="000C4E99"/>
    <w:rsid w:val="0015074B"/>
    <w:rsid w:val="001565F8"/>
    <w:rsid w:val="001A14F7"/>
    <w:rsid w:val="0029639D"/>
    <w:rsid w:val="002B3FA8"/>
    <w:rsid w:val="00326F90"/>
    <w:rsid w:val="00387B22"/>
    <w:rsid w:val="00412D34"/>
    <w:rsid w:val="005A0CD7"/>
    <w:rsid w:val="005F123F"/>
    <w:rsid w:val="00740E42"/>
    <w:rsid w:val="0084619E"/>
    <w:rsid w:val="009B06C7"/>
    <w:rsid w:val="00AA1D8D"/>
    <w:rsid w:val="00B31AEE"/>
    <w:rsid w:val="00B47730"/>
    <w:rsid w:val="00B537C0"/>
    <w:rsid w:val="00B711A1"/>
    <w:rsid w:val="00B804DB"/>
    <w:rsid w:val="00C50E9C"/>
    <w:rsid w:val="00CB0664"/>
    <w:rsid w:val="00E40E78"/>
    <w:rsid w:val="00FC693F"/>
    <w:rsid w:val="021D453A"/>
    <w:rsid w:val="03ADF465"/>
    <w:rsid w:val="0571AEDC"/>
    <w:rsid w:val="05CD6FF3"/>
    <w:rsid w:val="06116540"/>
    <w:rsid w:val="08241B6C"/>
    <w:rsid w:val="0B985E74"/>
    <w:rsid w:val="17940564"/>
    <w:rsid w:val="1B436A1E"/>
    <w:rsid w:val="1E7DCB35"/>
    <w:rsid w:val="20FC5085"/>
    <w:rsid w:val="216A6FA9"/>
    <w:rsid w:val="262B2851"/>
    <w:rsid w:val="2712410D"/>
    <w:rsid w:val="28B33656"/>
    <w:rsid w:val="29094680"/>
    <w:rsid w:val="2EFFC063"/>
    <w:rsid w:val="320A8B95"/>
    <w:rsid w:val="328980A5"/>
    <w:rsid w:val="33B998F5"/>
    <w:rsid w:val="3528A2B6"/>
    <w:rsid w:val="3CC6A4EA"/>
    <w:rsid w:val="3D5FFB47"/>
    <w:rsid w:val="3D659844"/>
    <w:rsid w:val="3D9DE3D2"/>
    <w:rsid w:val="47B2C506"/>
    <w:rsid w:val="4906213D"/>
    <w:rsid w:val="50962879"/>
    <w:rsid w:val="5265B89D"/>
    <w:rsid w:val="558A55EA"/>
    <w:rsid w:val="59728FE6"/>
    <w:rsid w:val="5B3AD82F"/>
    <w:rsid w:val="5DD4EAF5"/>
    <w:rsid w:val="614229EC"/>
    <w:rsid w:val="63279551"/>
    <w:rsid w:val="68E682E4"/>
    <w:rsid w:val="6EF8E691"/>
    <w:rsid w:val="778913A0"/>
    <w:rsid w:val="7E140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48DF8C"/>
  <w14:defaultImageDpi w14:val="300"/>
  <w15:docId w15:val="{6023FAC5-61EC-445E-89FA-1BFF056B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412D34"/>
    <w:rPr>
      <w:sz w:val="16"/>
      <w:szCs w:val="16"/>
    </w:rPr>
  </w:style>
  <w:style w:type="paragraph" w:styleId="CommentText">
    <w:name w:val="annotation text"/>
    <w:basedOn w:val="Normal"/>
    <w:link w:val="CommentTextChar"/>
    <w:uiPriority w:val="99"/>
    <w:unhideWhenUsed/>
    <w:rsid w:val="00412D34"/>
    <w:pPr>
      <w:spacing w:line="240" w:lineRule="auto"/>
    </w:pPr>
    <w:rPr>
      <w:sz w:val="20"/>
      <w:szCs w:val="20"/>
    </w:rPr>
  </w:style>
  <w:style w:type="character" w:customStyle="1" w:styleId="CommentTextChar">
    <w:name w:val="Comment Text Char"/>
    <w:basedOn w:val="DefaultParagraphFont"/>
    <w:link w:val="CommentText"/>
    <w:uiPriority w:val="99"/>
    <w:rsid w:val="00412D3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12D34"/>
    <w:rPr>
      <w:b/>
      <w:bCs/>
    </w:rPr>
  </w:style>
  <w:style w:type="character" w:customStyle="1" w:styleId="CommentSubjectChar">
    <w:name w:val="Comment Subject Char"/>
    <w:basedOn w:val="CommentTextChar"/>
    <w:link w:val="CommentSubject"/>
    <w:uiPriority w:val="99"/>
    <w:semiHidden/>
    <w:rsid w:val="00412D34"/>
    <w:rPr>
      <w:rFonts w:ascii="Arial" w:hAnsi="Arial"/>
      <w:b/>
      <w:bCs/>
      <w:sz w:val="20"/>
      <w:szCs w:val="20"/>
    </w:rPr>
  </w:style>
  <w:style w:type="character" w:styleId="Hyperlink">
    <w:name w:val="Hyperlink"/>
    <w:basedOn w:val="DefaultParagraphFont"/>
    <w:uiPriority w:val="99"/>
    <w:unhideWhenUsed/>
    <w:rsid w:val="00B31AEE"/>
    <w:rPr>
      <w:color w:val="0000FF"/>
      <w:u w:val="single"/>
    </w:rPr>
  </w:style>
  <w:style w:type="character" w:styleId="FollowedHyperlink">
    <w:name w:val="FollowedHyperlink"/>
    <w:basedOn w:val="DefaultParagraphFont"/>
    <w:uiPriority w:val="99"/>
    <w:semiHidden/>
    <w:unhideWhenUsed/>
    <w:rsid w:val="00B31AEE"/>
    <w:rPr>
      <w:color w:val="800080" w:themeColor="followedHyperlink"/>
      <w:u w:val="single"/>
    </w:rPr>
  </w:style>
  <w:style w:type="character" w:styleId="UnresolvedMention">
    <w:name w:val="Unresolved Mention"/>
    <w:basedOn w:val="DefaultParagraphFont"/>
    <w:uiPriority w:val="99"/>
    <w:semiHidden/>
    <w:unhideWhenUsed/>
    <w:rsid w:val="00B53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1335">
      <w:bodyDiv w:val="1"/>
      <w:marLeft w:val="0"/>
      <w:marRight w:val="0"/>
      <w:marTop w:val="0"/>
      <w:marBottom w:val="0"/>
      <w:divBdr>
        <w:top w:val="none" w:sz="0" w:space="0" w:color="auto"/>
        <w:left w:val="none" w:sz="0" w:space="0" w:color="auto"/>
        <w:bottom w:val="none" w:sz="0" w:space="0" w:color="auto"/>
        <w:right w:val="none" w:sz="0" w:space="0" w:color="auto"/>
      </w:divBdr>
    </w:div>
    <w:div w:id="371003182">
      <w:bodyDiv w:val="1"/>
      <w:marLeft w:val="0"/>
      <w:marRight w:val="0"/>
      <w:marTop w:val="0"/>
      <w:marBottom w:val="0"/>
      <w:divBdr>
        <w:top w:val="none" w:sz="0" w:space="0" w:color="auto"/>
        <w:left w:val="none" w:sz="0" w:space="0" w:color="auto"/>
        <w:bottom w:val="none" w:sz="0" w:space="0" w:color="auto"/>
        <w:right w:val="none" w:sz="0" w:space="0" w:color="auto"/>
      </w:divBdr>
      <w:divsChild>
        <w:div w:id="1879925664">
          <w:marLeft w:val="0"/>
          <w:marRight w:val="0"/>
          <w:marTop w:val="0"/>
          <w:marBottom w:val="0"/>
          <w:divBdr>
            <w:top w:val="none" w:sz="0" w:space="0" w:color="auto"/>
            <w:left w:val="none" w:sz="0" w:space="0" w:color="auto"/>
            <w:bottom w:val="none" w:sz="0" w:space="0" w:color="auto"/>
            <w:right w:val="none" w:sz="0" w:space="0" w:color="auto"/>
          </w:divBdr>
        </w:div>
      </w:divsChild>
    </w:div>
    <w:div w:id="515270302">
      <w:bodyDiv w:val="1"/>
      <w:marLeft w:val="0"/>
      <w:marRight w:val="0"/>
      <w:marTop w:val="0"/>
      <w:marBottom w:val="0"/>
      <w:divBdr>
        <w:top w:val="none" w:sz="0" w:space="0" w:color="auto"/>
        <w:left w:val="none" w:sz="0" w:space="0" w:color="auto"/>
        <w:bottom w:val="none" w:sz="0" w:space="0" w:color="auto"/>
        <w:right w:val="none" w:sz="0" w:space="0" w:color="auto"/>
      </w:divBdr>
      <w:divsChild>
        <w:div w:id="1716080670">
          <w:marLeft w:val="0"/>
          <w:marRight w:val="0"/>
          <w:marTop w:val="0"/>
          <w:marBottom w:val="0"/>
          <w:divBdr>
            <w:top w:val="none" w:sz="0" w:space="0" w:color="auto"/>
            <w:left w:val="none" w:sz="0" w:space="0" w:color="auto"/>
            <w:bottom w:val="none" w:sz="0" w:space="0" w:color="auto"/>
            <w:right w:val="none" w:sz="0" w:space="0" w:color="auto"/>
          </w:divBdr>
        </w:div>
      </w:divsChild>
    </w:div>
    <w:div w:id="584070060">
      <w:bodyDiv w:val="1"/>
      <w:marLeft w:val="0"/>
      <w:marRight w:val="0"/>
      <w:marTop w:val="0"/>
      <w:marBottom w:val="0"/>
      <w:divBdr>
        <w:top w:val="none" w:sz="0" w:space="0" w:color="auto"/>
        <w:left w:val="none" w:sz="0" w:space="0" w:color="auto"/>
        <w:bottom w:val="none" w:sz="0" w:space="0" w:color="auto"/>
        <w:right w:val="none" w:sz="0" w:space="0" w:color="auto"/>
      </w:divBdr>
      <w:divsChild>
        <w:div w:id="1789078865">
          <w:marLeft w:val="0"/>
          <w:marRight w:val="0"/>
          <w:marTop w:val="0"/>
          <w:marBottom w:val="0"/>
          <w:divBdr>
            <w:top w:val="none" w:sz="0" w:space="0" w:color="auto"/>
            <w:left w:val="none" w:sz="0" w:space="0" w:color="auto"/>
            <w:bottom w:val="none" w:sz="0" w:space="0" w:color="auto"/>
            <w:right w:val="none" w:sz="0" w:space="0" w:color="auto"/>
          </w:divBdr>
        </w:div>
      </w:divsChild>
    </w:div>
    <w:div w:id="19388311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zenodo.org%2Frecords%2F18163834&amp;data=05%7C02%7Creward-hr%40bath.ac.uk%7C7d14e0daac4f402daee408ded12c5f6a%7C377e3d224ea1422db0ad8fcc89406b9e%7C0%7C0%7C639178186434294046%7CUnknown%7CTWFpbGZsb3d8eyJFbXB0eU1hcGkiOnRydWUsIlYiOiIwLjAuMDAwMCIsIlAiOiJXaW4zMiIsIkFOIjoiTWFpbCIsIldUIjoyfQ%3D%3D%7C0%7C%7C%7C&amp;sdata=E%2FFkoAEQ5Jbcm6SYnX%2BnuGC4RNzGG6CHeJUf5LzojFU%3D&amp;reserved=0" TargetMode="External"/><Relationship Id="rId3" Type="http://schemas.openxmlformats.org/officeDocument/2006/relationships/styles" Target="styles.xml"/><Relationship Id="rId7" Type="http://schemas.openxmlformats.org/officeDocument/2006/relationships/hyperlink" Target="https://forms.cloud.microsoft/e/YS1471vvE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ath.ac.uk/publications/professorial-remuneration-procedure/attachments/professorial-remuneration-pay-band-descriptors.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Philippa Dunn</cp:lastModifiedBy>
  <cp:revision>9</cp:revision>
  <dcterms:created xsi:type="dcterms:W3CDTF">2026-05-06T09:06:00Z</dcterms:created>
  <dcterms:modified xsi:type="dcterms:W3CDTF">2026-08-06T13:33:00Z</dcterms:modified>
  <cp:category/>
</cp:coreProperties>
</file>